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26F6" w:rsidRDefault="00211590">
      <w:pPr>
        <w:pStyle w:val="Title"/>
      </w:pPr>
      <w:r>
        <w:t>Grammar Worksheet – Grade 4</w:t>
      </w:r>
      <w:bookmarkStart w:id="0" w:name="_GoBack"/>
      <w:bookmarkEnd w:id="0"/>
    </w:p>
    <w:p w:rsidR="001D26F6" w:rsidRDefault="00211590">
      <w:r>
        <w:t>Name: ________________________     Date: ________________</w:t>
      </w:r>
    </w:p>
    <w:p w:rsidR="001D26F6" w:rsidRDefault="00211590">
      <w:r>
        <w:t>Instructions: Read each question carefully and answer as instructed.</w:t>
      </w:r>
      <w:r>
        <w:br/>
      </w:r>
    </w:p>
    <w:p w:rsidR="001D26F6" w:rsidRDefault="00211590">
      <w:pPr>
        <w:pStyle w:val="Heading1"/>
      </w:pPr>
      <w:r>
        <w:t>Part A – Lower Order (Knowledge &amp; Recall)</w:t>
      </w:r>
    </w:p>
    <w:p w:rsidR="001D26F6" w:rsidRDefault="00211590">
      <w:r>
        <w:t xml:space="preserve">1. What is a noun? </w:t>
      </w:r>
      <w:r>
        <w:t>__________________________________________</w:t>
      </w:r>
    </w:p>
    <w:p w:rsidR="001D26F6" w:rsidRDefault="00211590">
      <w:r>
        <w:t>2. Choose the verb in this sentence: 'Ali runs fast.'</w:t>
      </w:r>
    </w:p>
    <w:p w:rsidR="001D26F6" w:rsidRDefault="00211590">
      <w:r>
        <w:t>3. Identify the adjective: 'The tall tree fell.'</w:t>
      </w:r>
    </w:p>
    <w:p w:rsidR="001D26F6" w:rsidRDefault="00211590">
      <w:r>
        <w:t>4. Circle the pronoun: 'She is my friend.'</w:t>
      </w:r>
    </w:p>
    <w:p w:rsidR="001D26F6" w:rsidRDefault="00211590">
      <w:r>
        <w:t>5. Choose the correct article: '___ apple is red.' (a/an/the)</w:t>
      </w:r>
    </w:p>
    <w:p w:rsidR="001D26F6" w:rsidRDefault="00211590">
      <w:pPr>
        <w:pStyle w:val="Heading1"/>
      </w:pPr>
      <w:r>
        <w:t xml:space="preserve">Part </w:t>
      </w:r>
      <w:r>
        <w:t>B – Middle Order (Understanding)</w:t>
      </w:r>
    </w:p>
    <w:p w:rsidR="001D26F6" w:rsidRDefault="00211590">
      <w:r>
        <w:t>6. Make a sentence using an adjective: __________________________</w:t>
      </w:r>
    </w:p>
    <w:p w:rsidR="001D26F6" w:rsidRDefault="00211590">
      <w:r>
        <w:t>7. Identify all nouns in this sentence: 'My dog chased a cat in the garden.'</w:t>
      </w:r>
    </w:p>
    <w:p w:rsidR="001D26F6" w:rsidRDefault="00211590">
      <w:r>
        <w:t>8. Replace the underlined noun with a pronoun: 'Sarah went to Sarah’s house.'</w:t>
      </w:r>
    </w:p>
    <w:p w:rsidR="001D26F6" w:rsidRDefault="00211590">
      <w:r>
        <w:t>9.</w:t>
      </w:r>
      <w:r>
        <w:t xml:space="preserve"> Write one sentence using a verb and an adverb: ________________</w:t>
      </w:r>
    </w:p>
    <w:p w:rsidR="001D26F6" w:rsidRDefault="00211590">
      <w:r>
        <w:t>10. Find the error and correct it: 'He go to school every day.'</w:t>
      </w:r>
    </w:p>
    <w:p w:rsidR="001D26F6" w:rsidRDefault="00211590">
      <w:pPr>
        <w:pStyle w:val="Heading1"/>
      </w:pPr>
      <w:r>
        <w:t>Part C – Higher Order (Application &amp; Reasoning)</w:t>
      </w:r>
    </w:p>
    <w:p w:rsidR="001D26F6" w:rsidRDefault="00211590">
      <w:r>
        <w:t>11. Why is it important to use adjectives in writing? __________________________________________________________________________________________________________________________________________________________________________________________________________________</w:t>
      </w:r>
    </w:p>
    <w:p w:rsidR="001D26F6" w:rsidRDefault="00211590">
      <w:r>
        <w:t>12. Rear</w:t>
      </w:r>
      <w:r>
        <w:t>range these words to make a grammatically correct sentence:</w:t>
      </w:r>
      <w:r>
        <w:br/>
        <w:t xml:space="preserve">    'quickly / dog / the / ran / street / across'</w:t>
      </w:r>
    </w:p>
    <w:p w:rsidR="001D26F6" w:rsidRDefault="00211590">
      <w:r>
        <w:t xml:space="preserve">13. Write two sentences and underline all the grammar elements (noun, verb, adjective, </w:t>
      </w:r>
      <w:proofErr w:type="gramStart"/>
      <w:r>
        <w:t>pronoun</w:t>
      </w:r>
      <w:proofErr w:type="gramEnd"/>
      <w:r>
        <w:t>).</w:t>
      </w:r>
    </w:p>
    <w:p w:rsidR="00211590" w:rsidRDefault="00211590">
      <w:r>
        <w:t>__________________________________________________________________________________________________________________________________________________________________________________________________________________</w:t>
      </w:r>
    </w:p>
    <w:p w:rsidR="001D26F6" w:rsidRDefault="00211590">
      <w:r>
        <w:lastRenderedPageBreak/>
        <w:t>14. If a sentence has no verb, is it complete? Ex</w:t>
      </w:r>
      <w:r>
        <w:t>plain why or why not.</w:t>
      </w:r>
    </w:p>
    <w:p w:rsidR="00211590" w:rsidRDefault="00211590">
      <w:r>
        <w:t>__________________________________________________________________________________________________________________________________________________________________________________________________________________</w:t>
      </w:r>
    </w:p>
    <w:p w:rsidR="001D26F6" w:rsidRDefault="00211590">
      <w:r>
        <w:t>15. Write a short paragraph describing your friend using at least one noun, verb, adjective, and pronoun.</w:t>
      </w:r>
    </w:p>
    <w:p w:rsidR="00211590" w:rsidRDefault="00211590">
      <w:r>
        <w:t>-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21159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D26F6"/>
    <w:rsid w:val="00211590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8C50E0A8-93F5-461E-9797-879EF7CA9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FA12FF2-10BF-4F89-B97A-B593C5681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2507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2</cp:revision>
  <dcterms:created xsi:type="dcterms:W3CDTF">2025-07-28T15:46:00Z</dcterms:created>
  <dcterms:modified xsi:type="dcterms:W3CDTF">2025-07-28T15:46:00Z</dcterms:modified>
  <cp:category/>
</cp:coreProperties>
</file>